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4: Caring for the Land - A Stewardship Plan</w:t>
      </w:r>
    </w:p>
    <w:p>
      <w:pPr>
        <w:spacing w:after="200"/>
        <w:jc w:val="center"/>
      </w:pPr>
      <w:r>
        <w:rPr>
          <w:b w:val="0"/>
          <w:i/>
          <w:sz w:val="20"/>
        </w:rPr>
        <w:t>5/6 Science  -  Caring for the Land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In one sentence, what is your stewardship plan?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Name one science idea and one First Peoples knowledge idea in your plan.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How does your plan show interconnectedness or reciprocity?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use both ways of knowing to care for the land.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